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32686"/>
          <w:sz w:val="36"/>
          <w:rtl w:val="1"/>
          <w:szCs w:val="36"/>
          <w:bCs/>
        </w:rPr>
        <w:t>🃏 כרטיסי שיח: מה עוד זה יכול להיות?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גוזרים את הכרטיסים. בזוגות: מקריאים את המצב ואת המחשבה הראשונה, וכל אחד/ת מציע/ה עוד אפשרות. בסוף בוחרים: איך בודקים?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👋 חבר/ה לא אמר/ה לי שלום בבוקר.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הוא/היא כועס/ת עליי.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😂 כשנכנסתי לכיתה כמה ילדים צחקו.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צוחקים עליי.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✋ הרמתי יד, והמורה לא בחרה בי.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המורה לא אוהבת אותי.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🪑 חבר/ה החליף/ה מקום ולא ישב/ה לידי.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הוא/היא כבר לא רוצה להיות חבר/ה שלי.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📘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✔️ ההודעה שלי סומנה כנקראה, ואין תשובה כבר שעתיים.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מתעלמים ממני.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📘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🤫 שתי חברות הפסיקו לדבר כשהתקרבתי.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הן דיברו עליי.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📘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📝 המורה כתב/ה על העבודה שלי: "אפשר יותר".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אני לא טוב/ה בזה.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📘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🎂 לא הוזמנתי ליום ההולדת של מישהו מהשכבה.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אף אחד לא רוצה אותי.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🚪 המחנכת ביקשה ממני להישאר אחרי השיעור.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עשיתי משהו רע ועכשיו אקבל עונש.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📵 חבר/ה קרוב/ה לא שאל/ה איך היה לי הראיון החשוב.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לא באמת אכפת לו/ה ממני.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💼 האחראי/ת בעבודה דיבר/ה איתי בקצרה ובטון יבש.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הוא/היא לא מרוצה ממני.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🔍 מה עוד זה יכול להיות? ·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❤️ העליתי פוסט וקיבלתי מעט מאוד תגובות.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💭 אף אחד לא מתעניין בי.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אולי… ___________  ·  ___________  ·  ___________</w:t>
            </w:r>
          </w:p>
        </w:tc>
      </w:tr>
    </w:tbl>
    <w:p/>
    <w:p>
      <w:r>
        <w:br w:type="page"/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432686"/>
          <w:sz w:val="36"/>
          <w:rtl w:val="1"/>
          <w:szCs w:val="36"/>
          <w:bCs/>
        </w:rPr>
        <w:t>🃏 כרטיסי המתג הפנימי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גוזרים את הכרטיסים. מקריאים את המחשבה האדומה, "מדליקים את המתג" – וכותבים מחשבה מציאותית ומעודדת. בחט״ע: מוסיפים את שם מלכודת החשיבה.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אני לא מצליח/ה בחשבון. אני גרוע/ה.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אף אחד לא רוצה לשחק איתי.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טעיתי בהקראה. כולם חושבים שאני טיפש/ה.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זה קשה מדי. אין סיכוי.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📘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נכשלתי במבחן. לעולם לא אבין את החומר הזה.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📘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אם אגיד משהו בכיתה, כולם יצחקו.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📘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כולם ראו את התמונה המביכה. החיים שלי נגמרו.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📘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הוא לא ענה. בטח הוא כבר לא חבר שלי.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אם לא אקבל 100 בבגרות – הכול נהרס.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הראיון מחר יהיה אסון. אני בטוח/ה.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המבט שלה אמר הכול – היא חושבת שאני מוזר/ה.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🔄 המתג הפנימי ·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🔴 תמיד אני זה/זו שנפגע/ת. זה אף פעם לא משתנה.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🟢 מחשבה שעוזרת: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____________________________</w:t>
            </w:r>
          </w:p>
        </w:tc>
      </w:tr>
    </w:tbl>
    <w:p/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🪤 מלכודות חשיבה (חט״ע): הכול או כלום – רואים רק שתי אפשרויות: מושלם או אסון. · ניבוי שחורות – "יודעים" מראש שהעתיד יהיה רע. · קריאת מחשבות – בטוחים שיודעים מה אחרים חושבים עלינו. · הכללה – מאירוע אחד מסיקים "תמיד" או "אף פעם". · תיוג – מדביקים לעצמנו שם כולל: "אני כישלון".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כלים לשיח רגשי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