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120"/>
        <w:jc w:val="right"/>
      </w:pPr>
      <w:r>
        <w:rPr>
          <w:rFonts w:ascii="Arial" w:hAnsi="Arial" w:cs="Arial"/>
          <w:b/>
          <w:color w:val="432686"/>
          <w:sz w:val="36"/>
          <w:rtl w:val="1"/>
          <w:szCs w:val="36"/>
          <w:bCs/>
        </w:rPr>
        <w:t>🧑‍🏫 מדריך למורה – מדברים רגש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אתר: https://medabrim-regesh.sites.tab.bot/  ·  6 כלים, 5 רמות (יסודי, חט״ב, חט״ע, עולים, חנ״מ).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💛 מרחב בטוח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זהו שיעור תמיכה ולמידת כלים – לא טיפול.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כל תלמיד/ה רשאים לדלג ולא לשתף. עובדים עם דמויות בדויות.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מסכמים כללים: מקשיבים, לא צוחקים, מה שנאמר בכיתה נשאר בכיתה.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אם עולה מצוקה, פגיעה או סימן מדאיג – פונים ליועצת בית הספר באותו יום.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לתלמידים: "קשה? לא נשארים לבד – פנו ליועצת, לנאמני החוסן המורים או לנאמני החוסן התלמידים."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⏱️ מערך שיעור – 45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דק׳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שלב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עושים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0–5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פתיחה: מדחום הרגשות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צ׳ק־אין שקט: כל אחד/ת מראה באצבעות מספר 1–10 (או בוחר/ת במדחום באתר). המורה מדגים/ה: "אני היום ב־5, קצת עייפה, ומה שיעזור לי זה…".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5–15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👓 שני זוגות משקפיים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תרחיש אחד במליאה. שני מתנדבים/ות מקריאים את צד א׳ וצד ב׳. שאלות: מה כל צד מרגיש? מה שניהם בעצם רוצים? (ח – חברה, שייכות).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15–27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תחנות בזוגות (בחירה)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🔍 מה עוד זה יכול להיות? או 🔄 המתג הפנימי – באתר או בדף העבודה. כל זוג בוחר 2 כרטיסים ומציג אחד.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27–37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💬 בונים מסר אני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כל אחד/ת בונה מסר אני על מצב אמיתי או דמיוני (לא חייבים לשתף). 2–3 מתנדבים/ות מקריאים. מתרגלים להפוך "אתה תמיד…" לבקשה.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37–42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🧩 מטעות לתיקון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מסדרים את 4 צעדי התיקון על הלוח, ובוחרים יחד את המשפטים לתרחיש אחד.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42–45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סיכום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כל אחד/ת כותב/ת על פתק: "כלי אחד שאקח איתי השבוע". סוגרים בעש״ן ד״ק קצר: עוצרים, מרפים שרירים, נושמים, משפט מרגיע, ממשיכים קדימה.</w:t>
            </w:r>
          </w:p>
        </w:tc>
      </w:tr>
    </w:tbl>
    <w:p/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⚡ גרסה קצרה – 10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דק׳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שלב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עושים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0–2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מדחום הרגשות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צ׳ק־אין באצבעות 1–10.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2–8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כלי אחד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בוחרים כלי אחד מהאתר (מומלץ: 🔍 מה עוד זה יכול להיות?) ומשחקים בו במליאה עם כרטיס אחד.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8–10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משפט יציאה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"בפעם הבאה ש… אני אנסה…".</w:t>
            </w:r>
          </w:p>
        </w:tc>
      </w:tr>
    </w:tbl>
    <w:p/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💡 טיפים להנחיה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אין תשובה אחת נכונה בשיח רגשי – יש תשובות שעוזרות יותר. מקבלים כל ניסיון.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משתמשים בדמויות ובתרחישים בדויים. לא מבקשים מתלמידים/ות לספר על אירוע אמיתי מול הכיתה.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שיתוף הוא בחירה: אפשר תמיד להגיד "אני מוותר/ת על התור".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המורה כדוגמה: מסר אני אחד שלכם, אמיתי וקטן, שווה יותר מעשרה הסברים.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שפה מכילה ופנייה בלשון רבים ורבות; בחנ״מ – כרטיסי תמונה, מעט מילים והרבה חזרה.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בכיתת עולים: מקריאים לאט, נעזרים בבנק המילים, ומאפשרים לענות גם בשפת האם.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ברוח מעש״ה: מחויבות ("אני כאן בשבילכם"), עידוד לפעילות יעילה ("מה אפשר לעשות עכשיו?"), שאלות (שואלים לפני שמפרשים), והבניית רצף (מה קרה, מה עכשיו, מה הלאה).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🌉 גש״ר מאח״ד בכלים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ערוץ</w:t>
            </w:r>
          </w:p>
        </w:tc>
        <w:tc>
          <w:tcPr>
            <w:tcW w:type="dxa" w:w="5270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הכלי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ג – גוף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מדחום הרגשות – סימני הגוף, נשימה ועש״ן ד״ק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 – שכל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מה עוד זה יכול להיות? – עובדה ופרשנות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ר – רגש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מסר אני – לתת שם לרגש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מ״א – מערכת אמונות וערכים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מטעות לתיקון – אחריות וכבוד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ח – חברה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שני זוגות משקפיים – לראות את האחר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ד – דמיון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המתג הפנימי – לדמיין את עצמי מתמודד/ת</w:t>
            </w:r>
          </w:p>
        </w:tc>
      </w:tr>
    </w:tbl>
    <w:p/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🧯 עש״ן ד״ק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ע – עצור: עוצרים לרגע את מה שעושים.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ש – שרירים: מכווצים ומרפים: אגרופים, כתפיים.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ן – נשימה: שאיפה איטית מהאף, נשיפה ארוכה מהפה.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ד – דיבור עצמי מרגיע: "זה קשה, ואני יכול/ה להתמודד."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ק – קדימה: בוחרים צעד קטן אחד להמשך.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🖨️ חומרים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דף עבודה לכל רמה (יסודי, חט״ב, חט״ע, עולים בניקוד, חנ״מ בתמונות)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כרטיסי "מה עוד זה יכול להיות?" ו"המתג הפנימי"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פוסטר מסר אני + פוסטר מדחום הרגשות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יצרה: רוית ראש בן ישי · 💬 מדברים רגש – כלים לשיח רגשי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